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893"/>
      </w:tblGrid>
      <w:tr w:rsidR="00480AB1" w14:paraId="72A85BAE" w14:textId="77777777">
        <w:trPr>
          <w:jc w:val="center"/>
        </w:trPr>
        <w:tc>
          <w:tcPr>
            <w:tcW w:w="9893" w:type="dxa"/>
            <w:shd w:val="clear" w:color="auto" w:fill="0A2540"/>
            <w:tcMar>
              <w:top w:w="140" w:type="dxa"/>
              <w:left w:w="200" w:type="dxa"/>
              <w:bottom w:w="140" w:type="dxa"/>
              <w:right w:w="200" w:type="dxa"/>
            </w:tcMar>
          </w:tcPr>
          <w:p w14:paraId="0F34AB9D" w14:textId="0DAA51A9" w:rsidR="00480AB1" w:rsidRDefault="00E64325">
            <w:pPr>
              <w:jc w:val="center"/>
              <w:rPr>
                <w:lang w:eastAsia="ja-JP"/>
              </w:rPr>
            </w:pPr>
            <w:r>
              <w:rPr>
                <w:b/>
                <w:color w:val="FFFFFF"/>
                <w:sz w:val="26"/>
                <w:lang w:eastAsia="ja-JP"/>
              </w:rPr>
              <w:t>川崎重工業</w:t>
            </w:r>
            <w:r>
              <w:rPr>
                <w:b/>
                <w:color w:val="FFFFFF"/>
                <w:sz w:val="26"/>
                <w:lang w:eastAsia="ja-JP"/>
              </w:rPr>
              <w:t>(</w:t>
            </w:r>
            <w:r>
              <w:rPr>
                <w:b/>
                <w:color w:val="FFFFFF"/>
                <w:sz w:val="26"/>
                <w:lang w:eastAsia="ja-JP"/>
              </w:rPr>
              <w:t>株</w:t>
            </w:r>
            <w:r>
              <w:rPr>
                <w:b/>
                <w:color w:val="FFFFFF"/>
                <w:sz w:val="26"/>
                <w:lang w:eastAsia="ja-JP"/>
              </w:rPr>
              <w:t xml:space="preserve">) </w:t>
            </w:r>
            <w:r>
              <w:rPr>
                <w:b/>
                <w:color w:val="FFFFFF"/>
                <w:sz w:val="26"/>
                <w:lang w:eastAsia="ja-JP"/>
              </w:rPr>
              <w:t>エネルギーソリューション＆マリンカンパニー</w:t>
            </w:r>
            <w:r>
              <w:rPr>
                <w:b/>
                <w:color w:val="FFFFFF"/>
                <w:sz w:val="26"/>
                <w:lang w:eastAsia="ja-JP"/>
              </w:rPr>
              <w:br/>
            </w:r>
            <w:r>
              <w:rPr>
                <w:b/>
                <w:color w:val="FFFFFF"/>
                <w:sz w:val="26"/>
                <w:lang w:eastAsia="ja-JP"/>
              </w:rPr>
              <w:t>『事業・ニーズ説明会</w:t>
            </w:r>
            <w:r>
              <w:rPr>
                <w:b/>
                <w:color w:val="FFFFFF"/>
                <w:sz w:val="26"/>
                <w:lang w:eastAsia="ja-JP"/>
              </w:rPr>
              <w:t xml:space="preserve"> </w:t>
            </w:r>
            <w:r>
              <w:rPr>
                <w:b/>
                <w:color w:val="FFFFFF"/>
                <w:sz w:val="26"/>
                <w:lang w:eastAsia="ja-JP"/>
              </w:rPr>
              <w:t>＆</w:t>
            </w:r>
            <w:r>
              <w:rPr>
                <w:b/>
                <w:color w:val="FFFFFF"/>
                <w:sz w:val="26"/>
                <w:lang w:eastAsia="ja-JP"/>
              </w:rPr>
              <w:t xml:space="preserve"> </w:t>
            </w:r>
            <w:r>
              <w:rPr>
                <w:b/>
                <w:color w:val="FFFFFF"/>
                <w:sz w:val="26"/>
                <w:lang w:eastAsia="ja-JP"/>
              </w:rPr>
              <w:t>個別商談会』</w:t>
            </w:r>
            <w:r>
              <w:rPr>
                <w:b/>
                <w:color w:val="FFFFFF"/>
                <w:sz w:val="26"/>
                <w:lang w:eastAsia="ja-JP"/>
              </w:rPr>
              <w:t xml:space="preserve"> </w:t>
            </w:r>
            <w:r>
              <w:rPr>
                <w:b/>
                <w:color w:val="FFFFFF"/>
                <w:sz w:val="26"/>
                <w:lang w:eastAsia="ja-JP"/>
              </w:rPr>
              <w:t>参加申込書</w:t>
            </w:r>
          </w:p>
        </w:tc>
      </w:tr>
    </w:tbl>
    <w:p w14:paraId="3FD22483" w14:textId="77777777" w:rsidR="00480AB1" w:rsidRDefault="00E64325">
      <w:pPr>
        <w:spacing w:before="160" w:after="160"/>
        <w:jc w:val="center"/>
        <w:rPr>
          <w:b/>
          <w:color w:val="0A2540"/>
          <w:sz w:val="20"/>
          <w:lang w:eastAsia="ja-JP"/>
        </w:rPr>
      </w:pPr>
      <w:r>
        <w:rPr>
          <w:b/>
          <w:color w:val="C53030"/>
        </w:rPr>
        <w:t>【</w:t>
      </w:r>
      <w:proofErr w:type="spellStart"/>
      <w:r>
        <w:rPr>
          <w:b/>
          <w:color w:val="C53030"/>
        </w:rPr>
        <w:t>提出締切</w:t>
      </w:r>
      <w:proofErr w:type="spellEnd"/>
      <w:r>
        <w:rPr>
          <w:b/>
          <w:color w:val="C53030"/>
        </w:rPr>
        <w:t>】</w:t>
      </w:r>
      <w:r>
        <w:rPr>
          <w:b/>
          <w:color w:val="C53030"/>
        </w:rPr>
        <w:t xml:space="preserve"> </w:t>
      </w:r>
      <w:r>
        <w:rPr>
          <w:b/>
          <w:color w:val="C53030"/>
        </w:rPr>
        <w:t>令和</w:t>
      </w:r>
      <w:r>
        <w:rPr>
          <w:b/>
          <w:color w:val="C53030"/>
        </w:rPr>
        <w:t>8</w:t>
      </w:r>
      <w:r>
        <w:rPr>
          <w:b/>
          <w:color w:val="C53030"/>
        </w:rPr>
        <w:t>年</w:t>
      </w:r>
      <w:r>
        <w:rPr>
          <w:b/>
          <w:color w:val="C53030"/>
        </w:rPr>
        <w:t>11</w:t>
      </w:r>
      <w:r>
        <w:rPr>
          <w:b/>
          <w:color w:val="C53030"/>
        </w:rPr>
        <w:t>月</w:t>
      </w:r>
      <w:r>
        <w:rPr>
          <w:b/>
          <w:color w:val="C53030"/>
        </w:rPr>
        <w:t>30</w:t>
      </w:r>
      <w:r>
        <w:rPr>
          <w:b/>
          <w:color w:val="C53030"/>
        </w:rPr>
        <w:t>日（月）</w:t>
      </w:r>
      <w:r>
        <w:rPr>
          <w:b/>
          <w:color w:val="C53030"/>
        </w:rPr>
        <w:t xml:space="preserve"> 17:00</w:t>
      </w:r>
      <w:r>
        <w:rPr>
          <w:b/>
          <w:color w:val="C53030"/>
        </w:rPr>
        <w:t>必着</w:t>
      </w:r>
      <w:r>
        <w:rPr>
          <w:b/>
          <w:color w:val="C53030"/>
        </w:rPr>
        <w:br/>
      </w:r>
      <w:proofErr w:type="spellStart"/>
      <w:r>
        <w:rPr>
          <w:b/>
          <w:color w:val="0A2540"/>
          <w:sz w:val="20"/>
        </w:rPr>
        <w:t>提出先</w:t>
      </w:r>
      <w:proofErr w:type="spellEnd"/>
      <w:r>
        <w:rPr>
          <w:b/>
          <w:color w:val="0A2540"/>
          <w:sz w:val="20"/>
        </w:rPr>
        <w:t xml:space="preserve"> E-mail</w:t>
      </w:r>
      <w:r>
        <w:rPr>
          <w:b/>
          <w:color w:val="0A2540"/>
          <w:sz w:val="20"/>
        </w:rPr>
        <w:t>：</w:t>
      </w:r>
      <w:r>
        <w:rPr>
          <w:b/>
          <w:color w:val="0A2540"/>
          <w:sz w:val="20"/>
        </w:rPr>
        <w:t xml:space="preserve"> business@joho-nagasaki.or.jp </w:t>
      </w:r>
      <w:r>
        <w:rPr>
          <w:b/>
          <w:color w:val="0A2540"/>
          <w:sz w:val="20"/>
        </w:rPr>
        <w:t>（</w:t>
      </w:r>
      <w:proofErr w:type="spellStart"/>
      <w:r>
        <w:rPr>
          <w:b/>
          <w:color w:val="0A2540"/>
          <w:sz w:val="20"/>
        </w:rPr>
        <w:t>長崎県産業振興財団</w:t>
      </w:r>
      <w:proofErr w:type="spellEnd"/>
      <w:r>
        <w:rPr>
          <w:b/>
          <w:color w:val="0A2540"/>
          <w:sz w:val="20"/>
        </w:rPr>
        <w:t xml:space="preserve"> </w:t>
      </w:r>
      <w:proofErr w:type="spellStart"/>
      <w:r>
        <w:rPr>
          <w:b/>
          <w:color w:val="0A2540"/>
          <w:sz w:val="20"/>
        </w:rPr>
        <w:t>取引振興課</w:t>
      </w:r>
      <w:proofErr w:type="spellEnd"/>
      <w:r>
        <w:rPr>
          <w:b/>
          <w:color w:val="0A2540"/>
          <w:sz w:val="20"/>
        </w:rPr>
        <w:t>）</w:t>
      </w:r>
    </w:p>
    <w:p w14:paraId="7BCF8AA1" w14:textId="301FCCD0" w:rsidR="00480AB1" w:rsidRDefault="00E64325">
      <w:pPr>
        <w:spacing w:before="200" w:after="80"/>
        <w:rPr>
          <w:lang w:eastAsia="ja-JP"/>
        </w:rPr>
      </w:pPr>
      <w:r>
        <w:rPr>
          <w:b/>
          <w:color w:val="0A2540"/>
          <w:lang w:eastAsia="ja-JP"/>
        </w:rPr>
        <w:t xml:space="preserve">■ </w:t>
      </w:r>
      <w:r>
        <w:rPr>
          <w:b/>
          <w:color w:val="0A2540"/>
          <w:lang w:eastAsia="ja-JP"/>
        </w:rPr>
        <w:t>１．ご参加希望区分の選択（［</w:t>
      </w:r>
      <w:r>
        <w:rPr>
          <w:b/>
          <w:color w:val="0A2540"/>
          <w:lang w:eastAsia="ja-JP"/>
        </w:rPr>
        <w:t xml:space="preserve">  </w:t>
      </w:r>
      <w:r>
        <w:rPr>
          <w:b/>
          <w:color w:val="0A2540"/>
          <w:lang w:eastAsia="ja-JP"/>
        </w:rPr>
        <w:t>］に『</w:t>
      </w:r>
      <w:r w:rsidR="007724EF">
        <w:rPr>
          <w:rFonts w:hint="eastAsia"/>
          <w:b/>
          <w:color w:val="0A2540"/>
          <w:lang w:eastAsia="ja-JP"/>
        </w:rPr>
        <w:t>〇</w:t>
      </w:r>
      <w:r>
        <w:rPr>
          <w:b/>
          <w:color w:val="0A2540"/>
          <w:lang w:eastAsia="ja-JP"/>
        </w:rPr>
        <w:t>』をご記入ください）</w:t>
      </w:r>
    </w:p>
    <w:tbl>
      <w:tblPr>
        <w:tblW w:w="0" w:type="auto"/>
        <w:jc w:val="center"/>
        <w:tblBorders>
          <w:top w:val="single" w:sz="6" w:space="0" w:color="0A2540"/>
          <w:left w:val="single" w:sz="6" w:space="0" w:color="0A2540"/>
          <w:bottom w:val="single" w:sz="6" w:space="0" w:color="0A2540"/>
          <w:right w:val="single" w:sz="6" w:space="0" w:color="0A2540"/>
          <w:insideH w:val="single" w:sz="4" w:space="0" w:color="CCCCCC"/>
          <w:insideV w:val="single" w:sz="4" w:space="0" w:color="CCCCCC"/>
        </w:tblBorders>
        <w:tblLook w:val="04A0" w:firstRow="1" w:lastRow="0" w:firstColumn="1" w:lastColumn="0" w:noHBand="0" w:noVBand="1"/>
      </w:tblPr>
      <w:tblGrid>
        <w:gridCol w:w="1152"/>
        <w:gridCol w:w="2534"/>
        <w:gridCol w:w="6207"/>
      </w:tblGrid>
      <w:tr w:rsidR="00480AB1" w14:paraId="6094A5AB" w14:textId="77777777" w:rsidTr="007724EF">
        <w:trPr>
          <w:jc w:val="center"/>
        </w:trPr>
        <w:tc>
          <w:tcPr>
            <w:tcW w:w="1152" w:type="dxa"/>
            <w:shd w:val="clear" w:color="auto" w:fill="1A365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0648E8" w14:textId="77777777" w:rsidR="00480AB1" w:rsidRDefault="00E64325">
            <w:pPr>
              <w:jc w:val="center"/>
            </w:pPr>
            <w:proofErr w:type="spellStart"/>
            <w:r>
              <w:rPr>
                <w:b/>
                <w:color w:val="FFFFFF"/>
                <w:sz w:val="20"/>
              </w:rPr>
              <w:t>選択</w:t>
            </w:r>
            <w:proofErr w:type="spellEnd"/>
          </w:p>
        </w:tc>
        <w:tc>
          <w:tcPr>
            <w:tcW w:w="2534" w:type="dxa"/>
            <w:shd w:val="clear" w:color="auto" w:fill="1A365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27E763" w14:textId="77777777" w:rsidR="00480AB1" w:rsidRDefault="00E64325">
            <w:pPr>
              <w:jc w:val="center"/>
            </w:pPr>
            <w:proofErr w:type="spellStart"/>
            <w:r>
              <w:rPr>
                <w:b/>
                <w:color w:val="FFFFFF"/>
                <w:sz w:val="20"/>
              </w:rPr>
              <w:t>参加区分</w:t>
            </w:r>
            <w:proofErr w:type="spellEnd"/>
          </w:p>
        </w:tc>
        <w:tc>
          <w:tcPr>
            <w:tcW w:w="6207" w:type="dxa"/>
            <w:shd w:val="clear" w:color="auto" w:fill="1A365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E4AB83" w14:textId="77777777" w:rsidR="00480AB1" w:rsidRDefault="00E64325">
            <w:pPr>
              <w:jc w:val="center"/>
            </w:pPr>
            <w:proofErr w:type="spellStart"/>
            <w:r>
              <w:rPr>
                <w:b/>
                <w:color w:val="FFFFFF"/>
                <w:sz w:val="20"/>
              </w:rPr>
              <w:t>開催日時・詳細</w:t>
            </w:r>
            <w:proofErr w:type="spellEnd"/>
          </w:p>
        </w:tc>
      </w:tr>
      <w:tr w:rsidR="00480AB1" w14:paraId="0FCF7018" w14:textId="77777777" w:rsidTr="007724EF">
        <w:trPr>
          <w:jc w:val="center"/>
        </w:trPr>
        <w:tc>
          <w:tcPr>
            <w:tcW w:w="1152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A7C02D" w14:textId="77777777" w:rsidR="00480AB1" w:rsidRDefault="00E64325">
            <w:pPr>
              <w:jc w:val="center"/>
            </w:pPr>
            <w:r>
              <w:rPr>
                <w:b/>
                <w:color w:val="C53030"/>
                <w:sz w:val="24"/>
              </w:rPr>
              <w:t>[   ]</w:t>
            </w:r>
          </w:p>
        </w:tc>
        <w:tc>
          <w:tcPr>
            <w:tcW w:w="2534" w:type="dxa"/>
            <w:shd w:val="clear" w:color="auto" w:fill="F0F4F8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845724" w14:textId="7ED570A3" w:rsidR="00480AB1" w:rsidRDefault="00E64325">
            <w:pPr>
              <w:rPr>
                <w:lang w:eastAsia="ja-JP"/>
              </w:rPr>
            </w:pPr>
            <w:r>
              <w:rPr>
                <w:b/>
                <w:color w:val="0A2540"/>
                <w:sz w:val="20"/>
                <w:lang w:eastAsia="ja-JP"/>
              </w:rPr>
              <w:t>事業・ニーズ説明会</w:t>
            </w:r>
          </w:p>
        </w:tc>
        <w:tc>
          <w:tcPr>
            <w:tcW w:w="6207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D0FBCEB" w14:textId="77777777" w:rsidR="00480AB1" w:rsidRDefault="00E64325">
            <w:pPr>
              <w:rPr>
                <w:lang w:eastAsia="ja-JP"/>
              </w:rPr>
            </w:pPr>
            <w:r>
              <w:rPr>
                <w:color w:val="333333"/>
                <w:sz w:val="19"/>
                <w:lang w:eastAsia="ja-JP"/>
              </w:rPr>
              <w:t>・</w:t>
            </w:r>
            <w:r>
              <w:rPr>
                <w:color w:val="333333"/>
                <w:sz w:val="19"/>
                <w:lang w:eastAsia="ja-JP"/>
              </w:rPr>
              <w:t>12</w:t>
            </w:r>
            <w:r>
              <w:rPr>
                <w:color w:val="333333"/>
                <w:sz w:val="19"/>
                <w:lang w:eastAsia="ja-JP"/>
              </w:rPr>
              <w:t>月</w:t>
            </w:r>
            <w:r>
              <w:rPr>
                <w:color w:val="333333"/>
                <w:sz w:val="19"/>
                <w:lang w:eastAsia="ja-JP"/>
              </w:rPr>
              <w:t>21</w:t>
            </w:r>
            <w:r>
              <w:rPr>
                <w:color w:val="333333"/>
                <w:sz w:val="19"/>
                <w:lang w:eastAsia="ja-JP"/>
              </w:rPr>
              <w:t>日（月）</w:t>
            </w:r>
            <w:r>
              <w:rPr>
                <w:color w:val="333333"/>
                <w:sz w:val="19"/>
                <w:lang w:eastAsia="ja-JP"/>
              </w:rPr>
              <w:t>13:30</w:t>
            </w:r>
            <w:r>
              <w:rPr>
                <w:color w:val="333333"/>
                <w:sz w:val="19"/>
                <w:lang w:eastAsia="ja-JP"/>
              </w:rPr>
              <w:t>～</w:t>
            </w:r>
            <w:r>
              <w:rPr>
                <w:color w:val="333333"/>
                <w:sz w:val="19"/>
                <w:lang w:eastAsia="ja-JP"/>
              </w:rPr>
              <w:t>15:00</w:t>
            </w:r>
            <w:r>
              <w:rPr>
                <w:color w:val="333333"/>
                <w:sz w:val="19"/>
                <w:lang w:eastAsia="ja-JP"/>
              </w:rPr>
              <w:t>（定員</w:t>
            </w:r>
            <w:r>
              <w:rPr>
                <w:color w:val="333333"/>
                <w:sz w:val="19"/>
                <w:lang w:eastAsia="ja-JP"/>
              </w:rPr>
              <w:t>50</w:t>
            </w:r>
            <w:r>
              <w:rPr>
                <w:color w:val="333333"/>
                <w:sz w:val="19"/>
                <w:lang w:eastAsia="ja-JP"/>
              </w:rPr>
              <w:t>名</w:t>
            </w:r>
            <w:r>
              <w:rPr>
                <w:color w:val="333333"/>
                <w:sz w:val="19"/>
                <w:lang w:eastAsia="ja-JP"/>
              </w:rPr>
              <w:t xml:space="preserve"> / </w:t>
            </w:r>
            <w:r>
              <w:rPr>
                <w:color w:val="333333"/>
                <w:sz w:val="19"/>
                <w:lang w:eastAsia="ja-JP"/>
              </w:rPr>
              <w:t>出島交流会館</w:t>
            </w:r>
            <w:r>
              <w:rPr>
                <w:color w:val="333333"/>
                <w:sz w:val="19"/>
                <w:lang w:eastAsia="ja-JP"/>
              </w:rPr>
              <w:t>9F</w:t>
            </w:r>
            <w:r>
              <w:rPr>
                <w:color w:val="333333"/>
                <w:sz w:val="19"/>
                <w:lang w:eastAsia="ja-JP"/>
              </w:rPr>
              <w:t>）</w:t>
            </w:r>
            <w:r>
              <w:rPr>
                <w:color w:val="333333"/>
                <w:sz w:val="19"/>
                <w:lang w:eastAsia="ja-JP"/>
              </w:rPr>
              <w:br/>
              <w:t>※</w:t>
            </w:r>
            <w:r>
              <w:rPr>
                <w:color w:val="333333"/>
                <w:sz w:val="19"/>
                <w:lang w:eastAsia="ja-JP"/>
              </w:rPr>
              <w:t>情報収集・技術動向把握を目的としたご参加も大歓迎です。</w:t>
            </w:r>
          </w:p>
        </w:tc>
      </w:tr>
      <w:tr w:rsidR="00480AB1" w14:paraId="5280730C" w14:textId="77777777" w:rsidTr="007724EF">
        <w:trPr>
          <w:jc w:val="center"/>
        </w:trPr>
        <w:tc>
          <w:tcPr>
            <w:tcW w:w="1152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0C11C7" w14:textId="77777777" w:rsidR="00480AB1" w:rsidRDefault="00E64325">
            <w:pPr>
              <w:jc w:val="center"/>
            </w:pPr>
            <w:r>
              <w:rPr>
                <w:b/>
                <w:color w:val="C53030"/>
                <w:sz w:val="24"/>
              </w:rPr>
              <w:t>[   ]</w:t>
            </w:r>
          </w:p>
        </w:tc>
        <w:tc>
          <w:tcPr>
            <w:tcW w:w="2534" w:type="dxa"/>
            <w:shd w:val="clear" w:color="auto" w:fill="F0F4F8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E12B696" w14:textId="6C7F24CD" w:rsidR="00480AB1" w:rsidRDefault="00E64325">
            <w:pPr>
              <w:rPr>
                <w:lang w:eastAsia="ja-JP"/>
              </w:rPr>
            </w:pPr>
            <w:r>
              <w:rPr>
                <w:b/>
                <w:color w:val="0A2540"/>
                <w:sz w:val="20"/>
                <w:lang w:eastAsia="ja-JP"/>
              </w:rPr>
              <w:t>個別商談会</w:t>
            </w:r>
          </w:p>
        </w:tc>
        <w:tc>
          <w:tcPr>
            <w:tcW w:w="6207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EF39AA5" w14:textId="6EC4FCD0" w:rsidR="00480AB1" w:rsidRDefault="00E64325">
            <w:pPr>
              <w:rPr>
                <w:lang w:eastAsia="ja-JP"/>
              </w:rPr>
            </w:pPr>
            <w:r>
              <w:rPr>
                <w:color w:val="333333"/>
                <w:sz w:val="19"/>
                <w:lang w:eastAsia="ja-JP"/>
              </w:rPr>
              <w:t>・</w:t>
            </w:r>
            <w:r>
              <w:rPr>
                <w:color w:val="333333"/>
                <w:sz w:val="19"/>
                <w:lang w:eastAsia="ja-JP"/>
              </w:rPr>
              <w:t>12</w:t>
            </w:r>
            <w:r>
              <w:rPr>
                <w:color w:val="333333"/>
                <w:sz w:val="19"/>
                <w:lang w:eastAsia="ja-JP"/>
              </w:rPr>
              <w:t>月</w:t>
            </w:r>
            <w:r>
              <w:rPr>
                <w:color w:val="333333"/>
                <w:sz w:val="19"/>
                <w:lang w:eastAsia="ja-JP"/>
              </w:rPr>
              <w:t>21</w:t>
            </w:r>
            <w:r>
              <w:rPr>
                <w:color w:val="333333"/>
                <w:sz w:val="19"/>
                <w:lang w:eastAsia="ja-JP"/>
              </w:rPr>
              <w:t>日（月）</w:t>
            </w:r>
            <w:r>
              <w:rPr>
                <w:color w:val="333333"/>
                <w:sz w:val="19"/>
                <w:lang w:eastAsia="ja-JP"/>
              </w:rPr>
              <w:t>15:</w:t>
            </w:r>
            <w:r w:rsidR="00B846F7">
              <w:rPr>
                <w:rFonts w:hint="eastAsia"/>
                <w:color w:val="333333"/>
                <w:sz w:val="19"/>
                <w:lang w:eastAsia="ja-JP"/>
              </w:rPr>
              <w:t>0</w:t>
            </w:r>
            <w:r>
              <w:rPr>
                <w:color w:val="333333"/>
                <w:sz w:val="19"/>
                <w:lang w:eastAsia="ja-JP"/>
              </w:rPr>
              <w:t>0</w:t>
            </w:r>
            <w:r>
              <w:rPr>
                <w:color w:val="333333"/>
                <w:sz w:val="19"/>
                <w:lang w:eastAsia="ja-JP"/>
              </w:rPr>
              <w:t>～</w:t>
            </w:r>
            <w:r>
              <w:rPr>
                <w:color w:val="333333"/>
                <w:sz w:val="19"/>
                <w:lang w:eastAsia="ja-JP"/>
              </w:rPr>
              <w:t>17:30 / 12</w:t>
            </w:r>
            <w:r>
              <w:rPr>
                <w:color w:val="333333"/>
                <w:sz w:val="19"/>
                <w:lang w:eastAsia="ja-JP"/>
              </w:rPr>
              <w:t>月</w:t>
            </w:r>
            <w:r>
              <w:rPr>
                <w:color w:val="333333"/>
                <w:sz w:val="19"/>
                <w:lang w:eastAsia="ja-JP"/>
              </w:rPr>
              <w:t>22</w:t>
            </w:r>
            <w:r>
              <w:rPr>
                <w:color w:val="333333"/>
                <w:sz w:val="19"/>
                <w:lang w:eastAsia="ja-JP"/>
              </w:rPr>
              <w:t>日（火）</w:t>
            </w:r>
            <w:r>
              <w:rPr>
                <w:color w:val="333333"/>
                <w:sz w:val="19"/>
                <w:lang w:eastAsia="ja-JP"/>
              </w:rPr>
              <w:t>09:30</w:t>
            </w:r>
            <w:r>
              <w:rPr>
                <w:color w:val="333333"/>
                <w:sz w:val="19"/>
                <w:lang w:eastAsia="ja-JP"/>
              </w:rPr>
              <w:t>～</w:t>
            </w:r>
            <w:r>
              <w:rPr>
                <w:color w:val="333333"/>
                <w:sz w:val="19"/>
                <w:lang w:eastAsia="ja-JP"/>
              </w:rPr>
              <w:t>15:20</w:t>
            </w:r>
            <w:r>
              <w:rPr>
                <w:color w:val="333333"/>
                <w:sz w:val="19"/>
                <w:lang w:eastAsia="ja-JP"/>
              </w:rPr>
              <w:br/>
              <w:t>※</w:t>
            </w:r>
            <w:r>
              <w:rPr>
                <w:color w:val="333333"/>
                <w:sz w:val="19"/>
                <w:lang w:eastAsia="ja-JP"/>
              </w:rPr>
              <w:t>ご提出シートに基づき川崎重工業</w:t>
            </w:r>
            <w:r>
              <w:rPr>
                <w:color w:val="333333"/>
                <w:sz w:val="19"/>
                <w:lang w:eastAsia="ja-JP"/>
              </w:rPr>
              <w:t>(</w:t>
            </w:r>
            <w:r>
              <w:rPr>
                <w:color w:val="333333"/>
                <w:sz w:val="19"/>
                <w:lang w:eastAsia="ja-JP"/>
              </w:rPr>
              <w:t>株</w:t>
            </w:r>
            <w:r>
              <w:rPr>
                <w:color w:val="333333"/>
                <w:sz w:val="19"/>
                <w:lang w:eastAsia="ja-JP"/>
              </w:rPr>
              <w:t>)</w:t>
            </w:r>
            <w:r>
              <w:rPr>
                <w:color w:val="333333"/>
                <w:sz w:val="19"/>
                <w:lang w:eastAsia="ja-JP"/>
              </w:rPr>
              <w:t>様にて事前選定を行います。</w:t>
            </w:r>
          </w:p>
        </w:tc>
      </w:tr>
    </w:tbl>
    <w:p w14:paraId="24CA7BA9" w14:textId="6C0F5BBA" w:rsidR="00480AB1" w:rsidRDefault="00E64325">
      <w:pPr>
        <w:spacing w:before="280" w:after="80"/>
      </w:pPr>
      <w:r>
        <w:rPr>
          <w:b/>
          <w:color w:val="0A2540"/>
        </w:rPr>
        <w:t xml:space="preserve">■ </w:t>
      </w:r>
      <w:r>
        <w:rPr>
          <w:b/>
          <w:color w:val="0A2540"/>
        </w:rPr>
        <w:t>２．貴社基本情報</w:t>
      </w:r>
    </w:p>
    <w:tbl>
      <w:tblPr>
        <w:tblW w:w="9856" w:type="dxa"/>
        <w:jc w:val="center"/>
        <w:tblBorders>
          <w:top w:val="single" w:sz="4" w:space="0" w:color="0A2540"/>
          <w:left w:val="single" w:sz="4" w:space="0" w:color="0A2540"/>
          <w:bottom w:val="single" w:sz="4" w:space="0" w:color="0A2540"/>
          <w:right w:val="single" w:sz="4" w:space="0" w:color="0A2540"/>
          <w:insideH w:val="single" w:sz="4" w:space="0" w:color="CCCCCC"/>
          <w:insideV w:val="single" w:sz="4" w:space="0" w:color="CCCCCC"/>
        </w:tblBorders>
        <w:tblLook w:val="04A0" w:firstRow="1" w:lastRow="0" w:firstColumn="1" w:lastColumn="0" w:noHBand="0" w:noVBand="1"/>
      </w:tblPr>
      <w:tblGrid>
        <w:gridCol w:w="1872"/>
        <w:gridCol w:w="7984"/>
      </w:tblGrid>
      <w:tr w:rsidR="004152AC" w14:paraId="55B6F229" w14:textId="77777777" w:rsidTr="004152AC">
        <w:trPr>
          <w:jc w:val="center"/>
        </w:trPr>
        <w:tc>
          <w:tcPr>
            <w:tcW w:w="1872" w:type="dxa"/>
            <w:shd w:val="clear" w:color="auto" w:fill="F0F4F8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6F6D63E" w14:textId="5C55351B" w:rsidR="004152AC" w:rsidRDefault="004152AC" w:rsidP="007724EF">
            <w:proofErr w:type="spellStart"/>
            <w:r>
              <w:rPr>
                <w:b/>
                <w:sz w:val="19"/>
              </w:rPr>
              <w:t>貴社名</w:t>
            </w:r>
            <w:proofErr w:type="spellEnd"/>
          </w:p>
        </w:tc>
        <w:tc>
          <w:tcPr>
            <w:tcW w:w="7984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685C5D1" w14:textId="400A60CA" w:rsidR="004152AC" w:rsidRDefault="004152AC" w:rsidP="007724EF">
            <w:proofErr w:type="spellStart"/>
            <w:r>
              <w:rPr>
                <w:color w:val="718096"/>
                <w:sz w:val="17"/>
              </w:rPr>
              <w:t>フリガナ</w:t>
            </w:r>
            <w:proofErr w:type="spellEnd"/>
            <w:r>
              <w:rPr>
                <w:color w:val="718096"/>
                <w:sz w:val="17"/>
              </w:rPr>
              <w:t>：</w:t>
            </w:r>
            <w:r>
              <w:rPr>
                <w:color w:val="718096"/>
                <w:sz w:val="17"/>
              </w:rPr>
              <w:br/>
            </w:r>
            <w:r>
              <w:rPr>
                <w:sz w:val="20"/>
              </w:rPr>
              <w:t xml:space="preserve"> </w:t>
            </w:r>
          </w:p>
        </w:tc>
      </w:tr>
      <w:tr w:rsidR="004152AC" w14:paraId="5B62D644" w14:textId="77777777" w:rsidTr="004152AC">
        <w:trPr>
          <w:jc w:val="center"/>
        </w:trPr>
        <w:tc>
          <w:tcPr>
            <w:tcW w:w="1872" w:type="dxa"/>
            <w:shd w:val="clear" w:color="auto" w:fill="F0F4F8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0D34DE9" w14:textId="1EFD7D59" w:rsidR="004152AC" w:rsidRDefault="004152AC" w:rsidP="004152AC">
            <w:pPr>
              <w:rPr>
                <w:b/>
                <w:sz w:val="19"/>
              </w:rPr>
            </w:pPr>
            <w:proofErr w:type="spellStart"/>
            <w:r>
              <w:rPr>
                <w:b/>
                <w:sz w:val="19"/>
              </w:rPr>
              <w:t>事業内容</w:t>
            </w:r>
            <w:proofErr w:type="spellEnd"/>
          </w:p>
        </w:tc>
        <w:tc>
          <w:tcPr>
            <w:tcW w:w="7984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560AE6D" w14:textId="25D90684" w:rsidR="004152AC" w:rsidRDefault="004152AC" w:rsidP="004152AC">
            <w:pPr>
              <w:rPr>
                <w:color w:val="718096"/>
                <w:sz w:val="17"/>
                <w:lang w:eastAsia="ja-JP"/>
              </w:rPr>
            </w:pPr>
            <w:r>
              <w:rPr>
                <w:color w:val="A0AEC0"/>
                <w:sz w:val="18"/>
                <w:lang w:eastAsia="ja-JP"/>
              </w:rPr>
              <w:t>［例：精密機械加工、大型製缶・溶接、配管等］</w:t>
            </w:r>
          </w:p>
        </w:tc>
      </w:tr>
      <w:tr w:rsidR="004152AC" w14:paraId="724F97F0" w14:textId="77777777" w:rsidTr="004152AC">
        <w:trPr>
          <w:jc w:val="center"/>
        </w:trPr>
        <w:tc>
          <w:tcPr>
            <w:tcW w:w="1872" w:type="dxa"/>
            <w:shd w:val="clear" w:color="auto" w:fill="F0F4F8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6750009" w14:textId="77777777" w:rsidR="004152AC" w:rsidRDefault="004152AC" w:rsidP="004152AC">
            <w:proofErr w:type="spellStart"/>
            <w:r>
              <w:rPr>
                <w:b/>
                <w:sz w:val="19"/>
              </w:rPr>
              <w:t>所在地</w:t>
            </w:r>
            <w:proofErr w:type="spellEnd"/>
          </w:p>
        </w:tc>
        <w:tc>
          <w:tcPr>
            <w:tcW w:w="7984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18F3DC0" w14:textId="77777777" w:rsidR="004152AC" w:rsidRDefault="004152AC" w:rsidP="004152AC">
            <w:r>
              <w:rPr>
                <w:sz w:val="19"/>
              </w:rPr>
              <w:t>〒</w:t>
            </w:r>
            <w:r>
              <w:rPr>
                <w:sz w:val="19"/>
              </w:rPr>
              <w:br/>
            </w:r>
            <w:proofErr w:type="spellStart"/>
            <w:r>
              <w:rPr>
                <w:sz w:val="19"/>
              </w:rPr>
              <w:t>長崎県</w:t>
            </w:r>
            <w:proofErr w:type="spellEnd"/>
          </w:p>
        </w:tc>
      </w:tr>
      <w:tr w:rsidR="004152AC" w14:paraId="0A0FBA6C" w14:textId="77777777" w:rsidTr="004152AC">
        <w:trPr>
          <w:jc w:val="center"/>
        </w:trPr>
        <w:tc>
          <w:tcPr>
            <w:tcW w:w="1872" w:type="dxa"/>
            <w:shd w:val="clear" w:color="auto" w:fill="F0F4F8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284C2F4" w14:textId="6B8F9BC7" w:rsidR="004152AC" w:rsidRDefault="004152AC" w:rsidP="004152AC">
            <w:pPr>
              <w:rPr>
                <w:lang w:eastAsia="ja-JP"/>
              </w:rPr>
            </w:pPr>
            <w:r>
              <w:rPr>
                <w:b/>
                <w:sz w:val="18"/>
                <w:lang w:eastAsia="ja-JP"/>
              </w:rPr>
              <w:t>ご参加者様</w:t>
            </w:r>
            <w:r>
              <w:rPr>
                <w:b/>
                <w:sz w:val="18"/>
                <w:lang w:eastAsia="ja-JP"/>
              </w:rPr>
              <w:t xml:space="preserve"> </w:t>
            </w:r>
            <w:r>
              <w:rPr>
                <w:b/>
                <w:sz w:val="18"/>
                <w:lang w:eastAsia="ja-JP"/>
              </w:rPr>
              <w:t>情報</w:t>
            </w:r>
            <w:r>
              <w:rPr>
                <w:rFonts w:hint="eastAsia"/>
                <w:b/>
                <w:sz w:val="18"/>
                <w:lang w:eastAsia="ja-JP"/>
              </w:rPr>
              <w:t>①</w:t>
            </w:r>
            <w:r>
              <w:rPr>
                <w:b/>
                <w:sz w:val="18"/>
                <w:lang w:eastAsia="ja-JP"/>
              </w:rPr>
              <w:br/>
            </w:r>
            <w:r>
              <w:rPr>
                <w:b/>
                <w:sz w:val="18"/>
                <w:lang w:eastAsia="ja-JP"/>
              </w:rPr>
              <w:t>（説明会・商談会）</w:t>
            </w:r>
          </w:p>
        </w:tc>
        <w:tc>
          <w:tcPr>
            <w:tcW w:w="7984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A37F2B7" w14:textId="4602FA12" w:rsidR="004152AC" w:rsidRDefault="004152AC" w:rsidP="004152AC">
            <w:pPr>
              <w:rPr>
                <w:rFonts w:hint="eastAsia"/>
                <w:lang w:eastAsia="ja-JP"/>
              </w:rPr>
            </w:pPr>
            <w:r>
              <w:rPr>
                <w:sz w:val="19"/>
                <w:lang w:eastAsia="ja-JP"/>
              </w:rPr>
              <w:t>部署・役職：</w:t>
            </w:r>
            <w:r>
              <w:rPr>
                <w:sz w:val="19"/>
                <w:lang w:eastAsia="ja-JP"/>
              </w:rPr>
              <w:br/>
            </w:r>
            <w:r>
              <w:rPr>
                <w:sz w:val="19"/>
                <w:lang w:eastAsia="ja-JP"/>
              </w:rPr>
              <w:t>氏名：</w:t>
            </w:r>
          </w:p>
        </w:tc>
      </w:tr>
      <w:tr w:rsidR="004152AC" w14:paraId="46AF2537" w14:textId="77777777" w:rsidTr="004152AC">
        <w:trPr>
          <w:jc w:val="center"/>
        </w:trPr>
        <w:tc>
          <w:tcPr>
            <w:tcW w:w="1872" w:type="dxa"/>
            <w:shd w:val="clear" w:color="auto" w:fill="F0F4F8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FEA2CD3" w14:textId="40AEE85C" w:rsidR="004152AC" w:rsidRDefault="004152AC" w:rsidP="004152AC">
            <w:pPr>
              <w:rPr>
                <w:b/>
                <w:sz w:val="18"/>
                <w:lang w:eastAsia="ja-JP"/>
              </w:rPr>
            </w:pPr>
            <w:r>
              <w:rPr>
                <w:b/>
                <w:sz w:val="18"/>
                <w:lang w:eastAsia="ja-JP"/>
              </w:rPr>
              <w:t>ご参加者様</w:t>
            </w:r>
            <w:r>
              <w:rPr>
                <w:b/>
                <w:sz w:val="18"/>
                <w:lang w:eastAsia="ja-JP"/>
              </w:rPr>
              <w:t xml:space="preserve"> </w:t>
            </w:r>
            <w:r>
              <w:rPr>
                <w:b/>
                <w:sz w:val="18"/>
                <w:lang w:eastAsia="ja-JP"/>
              </w:rPr>
              <w:t>情報</w:t>
            </w:r>
            <w:r>
              <w:rPr>
                <w:rFonts w:hint="eastAsia"/>
                <w:b/>
                <w:sz w:val="18"/>
                <w:lang w:eastAsia="ja-JP"/>
              </w:rPr>
              <w:t>②</w:t>
            </w:r>
            <w:r>
              <w:rPr>
                <w:b/>
                <w:sz w:val="18"/>
                <w:lang w:eastAsia="ja-JP"/>
              </w:rPr>
              <w:br/>
            </w:r>
            <w:r>
              <w:rPr>
                <w:b/>
                <w:sz w:val="18"/>
                <w:lang w:eastAsia="ja-JP"/>
              </w:rPr>
              <w:t>（説明会・商談会）</w:t>
            </w:r>
          </w:p>
        </w:tc>
        <w:tc>
          <w:tcPr>
            <w:tcW w:w="7984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5C69921" w14:textId="2BB7D066" w:rsidR="004152AC" w:rsidRDefault="004152AC" w:rsidP="004152AC">
            <w:pPr>
              <w:rPr>
                <w:rFonts w:hint="eastAsia"/>
                <w:sz w:val="19"/>
                <w:lang w:eastAsia="ja-JP"/>
              </w:rPr>
            </w:pPr>
            <w:r>
              <w:rPr>
                <w:sz w:val="19"/>
                <w:lang w:eastAsia="ja-JP"/>
              </w:rPr>
              <w:t>部署・役職：</w:t>
            </w:r>
            <w:r>
              <w:rPr>
                <w:sz w:val="19"/>
                <w:lang w:eastAsia="ja-JP"/>
              </w:rPr>
              <w:br/>
            </w:r>
            <w:r>
              <w:rPr>
                <w:sz w:val="19"/>
                <w:lang w:eastAsia="ja-JP"/>
              </w:rPr>
              <w:t>氏名：</w:t>
            </w:r>
          </w:p>
        </w:tc>
      </w:tr>
      <w:tr w:rsidR="004152AC" w14:paraId="70C28F32" w14:textId="77777777" w:rsidTr="004152AC">
        <w:trPr>
          <w:jc w:val="center"/>
        </w:trPr>
        <w:tc>
          <w:tcPr>
            <w:tcW w:w="1872" w:type="dxa"/>
            <w:shd w:val="clear" w:color="auto" w:fill="F0F4F8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D6B0A8C" w14:textId="49195015" w:rsidR="004152AC" w:rsidRDefault="004152AC" w:rsidP="004152AC">
            <w:pPr>
              <w:rPr>
                <w:b/>
                <w:sz w:val="18"/>
                <w:lang w:eastAsia="ja-JP"/>
              </w:rPr>
            </w:pPr>
            <w:r>
              <w:rPr>
                <w:b/>
                <w:sz w:val="18"/>
                <w:lang w:eastAsia="ja-JP"/>
              </w:rPr>
              <w:t>ご連絡先</w:t>
            </w:r>
            <w:r>
              <w:rPr>
                <w:b/>
                <w:sz w:val="18"/>
                <w:lang w:eastAsia="ja-JP"/>
              </w:rPr>
              <w:br/>
            </w:r>
            <w:r>
              <w:rPr>
                <w:b/>
                <w:sz w:val="18"/>
                <w:lang w:eastAsia="ja-JP"/>
              </w:rPr>
              <w:t>（</w:t>
            </w:r>
            <w:r w:rsidR="00042A92">
              <w:rPr>
                <w:rFonts w:hint="eastAsia"/>
                <w:b/>
                <w:sz w:val="18"/>
                <w:lang w:eastAsia="ja-JP"/>
              </w:rPr>
              <w:t>窓口担当者</w:t>
            </w:r>
            <w:r>
              <w:rPr>
                <w:b/>
                <w:sz w:val="18"/>
                <w:lang w:eastAsia="ja-JP"/>
              </w:rPr>
              <w:t>様）</w:t>
            </w:r>
          </w:p>
        </w:tc>
        <w:tc>
          <w:tcPr>
            <w:tcW w:w="7984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E806E9C" w14:textId="6BC16E81" w:rsidR="004152AC" w:rsidRDefault="00042A92" w:rsidP="00042A92">
            <w:pPr>
              <w:rPr>
                <w:sz w:val="19"/>
                <w:lang w:eastAsia="ja-JP"/>
              </w:rPr>
            </w:pPr>
            <w:r>
              <w:rPr>
                <w:rFonts w:hint="eastAsia"/>
                <w:sz w:val="19"/>
                <w:lang w:eastAsia="ja-JP"/>
              </w:rPr>
              <w:t>部署・役職</w:t>
            </w:r>
            <w:r>
              <w:rPr>
                <w:sz w:val="19"/>
              </w:rPr>
              <w:t>：</w:t>
            </w:r>
            <w:r>
              <w:rPr>
                <w:sz w:val="19"/>
              </w:rPr>
              <w:br/>
            </w:r>
            <w:r>
              <w:rPr>
                <w:rFonts w:hint="eastAsia"/>
                <w:sz w:val="19"/>
                <w:lang w:eastAsia="ja-JP"/>
              </w:rPr>
              <w:t>氏名</w:t>
            </w:r>
            <w:r w:rsidR="004152AC">
              <w:rPr>
                <w:sz w:val="19"/>
              </w:rPr>
              <w:t>：</w:t>
            </w:r>
            <w:r w:rsidR="004152AC">
              <w:rPr>
                <w:sz w:val="19"/>
              </w:rPr>
              <w:br/>
            </w:r>
            <w:r>
              <w:rPr>
                <w:rFonts w:hint="eastAsia"/>
                <w:sz w:val="19"/>
                <w:lang w:eastAsia="ja-JP"/>
              </w:rPr>
              <w:t>TEL</w:t>
            </w:r>
            <w:r w:rsidR="004152AC">
              <w:rPr>
                <w:sz w:val="19"/>
              </w:rPr>
              <w:t>：</w:t>
            </w:r>
            <w:r w:rsidR="004152AC">
              <w:rPr>
                <w:sz w:val="19"/>
              </w:rPr>
              <w:br/>
            </w:r>
            <w:r>
              <w:rPr>
                <w:rFonts w:hint="eastAsia"/>
                <w:sz w:val="19"/>
                <w:lang w:eastAsia="ja-JP"/>
              </w:rPr>
              <w:t>FAX</w:t>
            </w:r>
            <w:r w:rsidR="004152AC">
              <w:rPr>
                <w:sz w:val="19"/>
              </w:rPr>
              <w:t>：</w:t>
            </w:r>
            <w:r>
              <w:rPr>
                <w:sz w:val="19"/>
              </w:rPr>
              <w:br/>
              <w:t>E-mail</w:t>
            </w:r>
            <w:r>
              <w:rPr>
                <w:sz w:val="19"/>
              </w:rPr>
              <w:t>：</w:t>
            </w:r>
          </w:p>
        </w:tc>
      </w:tr>
    </w:tbl>
    <w:p w14:paraId="6B18D88E" w14:textId="18532D9E" w:rsidR="00480AB1" w:rsidRDefault="00E64325">
      <w:pPr>
        <w:spacing w:before="240" w:after="80"/>
        <w:rPr>
          <w:lang w:eastAsia="ja-JP"/>
        </w:rPr>
      </w:pPr>
      <w:r>
        <w:rPr>
          <w:color w:val="718096"/>
          <w:sz w:val="17"/>
          <w:lang w:eastAsia="ja-JP"/>
        </w:rPr>
        <w:t>※</w:t>
      </w:r>
      <w:r>
        <w:rPr>
          <w:color w:val="718096"/>
          <w:sz w:val="17"/>
          <w:lang w:eastAsia="ja-JP"/>
        </w:rPr>
        <w:t>本シートにご記入いただいた情報は、本商談会の選定・運用目的以外には使用いたしません。</w:t>
      </w:r>
      <w:r>
        <w:rPr>
          <w:color w:val="718096"/>
          <w:sz w:val="17"/>
          <w:lang w:eastAsia="ja-JP"/>
        </w:rPr>
        <w:br/>
        <w:t>※</w:t>
      </w:r>
      <w:r>
        <w:rPr>
          <w:color w:val="718096"/>
          <w:sz w:val="17"/>
          <w:lang w:eastAsia="ja-JP"/>
        </w:rPr>
        <w:t>アプローチシートおよび完全版ニーズ一覧表は、財団ポータルサイト「よかネット長崎」よりダウンロードいただけます。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893"/>
      </w:tblGrid>
      <w:tr w:rsidR="00480AB1" w14:paraId="1EBBACD4" w14:textId="77777777">
        <w:trPr>
          <w:jc w:val="center"/>
        </w:trPr>
        <w:tc>
          <w:tcPr>
            <w:tcW w:w="9893" w:type="dxa"/>
            <w:shd w:val="clear" w:color="auto" w:fill="F0F4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338A26B" w14:textId="77777777" w:rsidR="00480AB1" w:rsidRDefault="00E64325">
            <w:pPr>
              <w:jc w:val="center"/>
              <w:rPr>
                <w:lang w:eastAsia="ja-JP"/>
              </w:rPr>
            </w:pPr>
            <w:r>
              <w:rPr>
                <w:b/>
                <w:color w:val="0A2540"/>
                <w:sz w:val="19"/>
                <w:lang w:eastAsia="ja-JP"/>
              </w:rPr>
              <w:t>【お問合せ・お申込み先】</w:t>
            </w:r>
            <w:r>
              <w:rPr>
                <w:b/>
                <w:color w:val="0A2540"/>
                <w:sz w:val="19"/>
                <w:lang w:eastAsia="ja-JP"/>
              </w:rPr>
              <w:br/>
            </w:r>
            <w:r>
              <w:rPr>
                <w:color w:val="333333"/>
                <w:sz w:val="18"/>
                <w:lang w:eastAsia="ja-JP"/>
              </w:rPr>
              <w:t>公益財団法人長崎県産業振興財団</w:t>
            </w:r>
            <w:r>
              <w:rPr>
                <w:color w:val="333333"/>
                <w:sz w:val="18"/>
                <w:lang w:eastAsia="ja-JP"/>
              </w:rPr>
              <w:t xml:space="preserve"> </w:t>
            </w:r>
            <w:r>
              <w:rPr>
                <w:color w:val="333333"/>
                <w:sz w:val="18"/>
                <w:lang w:eastAsia="ja-JP"/>
              </w:rPr>
              <w:t>取引振興課（担当：稲富、林）</w:t>
            </w:r>
            <w:r>
              <w:rPr>
                <w:color w:val="333333"/>
                <w:sz w:val="18"/>
                <w:lang w:eastAsia="ja-JP"/>
              </w:rPr>
              <w:br/>
            </w:r>
            <w:r>
              <w:rPr>
                <w:color w:val="333333"/>
                <w:sz w:val="18"/>
                <w:lang w:eastAsia="ja-JP"/>
              </w:rPr>
              <w:t>〒</w:t>
            </w:r>
            <w:r>
              <w:rPr>
                <w:color w:val="333333"/>
                <w:sz w:val="18"/>
                <w:lang w:eastAsia="ja-JP"/>
              </w:rPr>
              <w:t xml:space="preserve">850-0862 </w:t>
            </w:r>
            <w:r>
              <w:rPr>
                <w:color w:val="333333"/>
                <w:sz w:val="18"/>
                <w:lang w:eastAsia="ja-JP"/>
              </w:rPr>
              <w:t>長崎市出島町</w:t>
            </w:r>
            <w:r>
              <w:rPr>
                <w:color w:val="333333"/>
                <w:sz w:val="18"/>
                <w:lang w:eastAsia="ja-JP"/>
              </w:rPr>
              <w:t>2</w:t>
            </w:r>
            <w:r>
              <w:rPr>
                <w:color w:val="333333"/>
                <w:sz w:val="18"/>
                <w:lang w:eastAsia="ja-JP"/>
              </w:rPr>
              <w:t>番</w:t>
            </w:r>
            <w:r>
              <w:rPr>
                <w:color w:val="333333"/>
                <w:sz w:val="18"/>
                <w:lang w:eastAsia="ja-JP"/>
              </w:rPr>
              <w:t>11</w:t>
            </w:r>
            <w:r>
              <w:rPr>
                <w:color w:val="333333"/>
                <w:sz w:val="18"/>
                <w:lang w:eastAsia="ja-JP"/>
              </w:rPr>
              <w:t>号</w:t>
            </w:r>
            <w:r>
              <w:rPr>
                <w:color w:val="333333"/>
                <w:sz w:val="18"/>
                <w:lang w:eastAsia="ja-JP"/>
              </w:rPr>
              <w:t xml:space="preserve"> </w:t>
            </w:r>
            <w:r>
              <w:rPr>
                <w:color w:val="333333"/>
                <w:sz w:val="18"/>
                <w:lang w:eastAsia="ja-JP"/>
              </w:rPr>
              <w:t>出島交流会館</w:t>
            </w:r>
            <w:r>
              <w:rPr>
                <w:color w:val="333333"/>
                <w:sz w:val="18"/>
                <w:lang w:eastAsia="ja-JP"/>
              </w:rPr>
              <w:t>7F</w:t>
            </w:r>
            <w:r>
              <w:rPr>
                <w:color w:val="333333"/>
                <w:sz w:val="18"/>
                <w:lang w:eastAsia="ja-JP"/>
              </w:rPr>
              <w:br/>
              <w:t>TEL</w:t>
            </w:r>
            <w:r>
              <w:rPr>
                <w:color w:val="333333"/>
                <w:sz w:val="18"/>
                <w:lang w:eastAsia="ja-JP"/>
              </w:rPr>
              <w:t>：</w:t>
            </w:r>
            <w:r>
              <w:rPr>
                <w:color w:val="333333"/>
                <w:sz w:val="18"/>
                <w:lang w:eastAsia="ja-JP"/>
              </w:rPr>
              <w:t xml:space="preserve">095-820-8860 </w:t>
            </w:r>
            <w:r>
              <w:rPr>
                <w:color w:val="333333"/>
                <w:sz w:val="18"/>
                <w:lang w:eastAsia="ja-JP"/>
              </w:rPr>
              <w:t>／</w:t>
            </w:r>
            <w:r>
              <w:rPr>
                <w:color w:val="333333"/>
                <w:sz w:val="18"/>
                <w:lang w:eastAsia="ja-JP"/>
              </w:rPr>
              <w:t xml:space="preserve"> FAX</w:t>
            </w:r>
            <w:r>
              <w:rPr>
                <w:color w:val="333333"/>
                <w:sz w:val="18"/>
                <w:lang w:eastAsia="ja-JP"/>
              </w:rPr>
              <w:t>：</w:t>
            </w:r>
            <w:r>
              <w:rPr>
                <w:color w:val="333333"/>
                <w:sz w:val="18"/>
                <w:lang w:eastAsia="ja-JP"/>
              </w:rPr>
              <w:t xml:space="preserve">095-823-0009 </w:t>
            </w:r>
            <w:r>
              <w:rPr>
                <w:color w:val="333333"/>
                <w:sz w:val="18"/>
                <w:lang w:eastAsia="ja-JP"/>
              </w:rPr>
              <w:t>／</w:t>
            </w:r>
            <w:r>
              <w:rPr>
                <w:color w:val="333333"/>
                <w:sz w:val="18"/>
                <w:lang w:eastAsia="ja-JP"/>
              </w:rPr>
              <w:t xml:space="preserve"> E-mail</w:t>
            </w:r>
            <w:r>
              <w:rPr>
                <w:color w:val="333333"/>
                <w:sz w:val="18"/>
                <w:lang w:eastAsia="ja-JP"/>
              </w:rPr>
              <w:t>：</w:t>
            </w:r>
            <w:r>
              <w:rPr>
                <w:color w:val="333333"/>
                <w:sz w:val="18"/>
                <w:lang w:eastAsia="ja-JP"/>
              </w:rPr>
              <w:t>business@joho-nagasaki.or.jp</w:t>
            </w:r>
            <w:r>
              <w:rPr>
                <w:color w:val="333333"/>
                <w:sz w:val="18"/>
                <w:lang w:eastAsia="ja-JP"/>
              </w:rPr>
              <w:br/>
              <w:t>URL</w:t>
            </w:r>
            <w:r>
              <w:rPr>
                <w:color w:val="333333"/>
                <w:sz w:val="18"/>
                <w:lang w:eastAsia="ja-JP"/>
              </w:rPr>
              <w:t>：</w:t>
            </w:r>
            <w:r>
              <w:rPr>
                <w:color w:val="333333"/>
                <w:sz w:val="18"/>
                <w:lang w:eastAsia="ja-JP"/>
              </w:rPr>
              <w:t>https://www.joho-nagasaki.or.jp/</w:t>
            </w:r>
          </w:p>
        </w:tc>
      </w:tr>
    </w:tbl>
    <w:p w14:paraId="20E1FF35" w14:textId="77777777" w:rsidR="0005179C" w:rsidRDefault="0005179C">
      <w:pPr>
        <w:rPr>
          <w:lang w:eastAsia="ja-JP"/>
        </w:rPr>
      </w:pPr>
    </w:p>
    <w:sectPr w:rsidR="0005179C" w:rsidSect="00034616">
      <w:pgSz w:w="11909" w:h="16834"/>
      <w:pgMar w:top="1008" w:right="1008" w:bottom="1008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4715E5" w14:textId="77777777" w:rsidR="0058669A" w:rsidRDefault="0058669A" w:rsidP="007724EF">
      <w:pPr>
        <w:spacing w:after="0" w:line="240" w:lineRule="auto"/>
      </w:pPr>
      <w:r>
        <w:separator/>
      </w:r>
    </w:p>
  </w:endnote>
  <w:endnote w:type="continuationSeparator" w:id="0">
    <w:p w14:paraId="2B8A871E" w14:textId="77777777" w:rsidR="0058669A" w:rsidRDefault="0058669A" w:rsidP="007724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949C39" w14:textId="77777777" w:rsidR="0058669A" w:rsidRDefault="0058669A" w:rsidP="007724EF">
      <w:pPr>
        <w:spacing w:after="0" w:line="240" w:lineRule="auto"/>
      </w:pPr>
      <w:r>
        <w:separator/>
      </w:r>
    </w:p>
  </w:footnote>
  <w:footnote w:type="continuationSeparator" w:id="0">
    <w:p w14:paraId="4A595A51" w14:textId="77777777" w:rsidR="0058669A" w:rsidRDefault="0058669A" w:rsidP="007724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99356007">
    <w:abstractNumId w:val="8"/>
  </w:num>
  <w:num w:numId="2" w16cid:durableId="1672442574">
    <w:abstractNumId w:val="6"/>
  </w:num>
  <w:num w:numId="3" w16cid:durableId="1063217534">
    <w:abstractNumId w:val="5"/>
  </w:num>
  <w:num w:numId="4" w16cid:durableId="2035687618">
    <w:abstractNumId w:val="4"/>
  </w:num>
  <w:num w:numId="5" w16cid:durableId="1421877201">
    <w:abstractNumId w:val="7"/>
  </w:num>
  <w:num w:numId="6" w16cid:durableId="2072148419">
    <w:abstractNumId w:val="3"/>
  </w:num>
  <w:num w:numId="7" w16cid:durableId="1681930944">
    <w:abstractNumId w:val="2"/>
  </w:num>
  <w:num w:numId="8" w16cid:durableId="1277254296">
    <w:abstractNumId w:val="1"/>
  </w:num>
  <w:num w:numId="9" w16cid:durableId="9365932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72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42A92"/>
    <w:rsid w:val="0005179C"/>
    <w:rsid w:val="0006063C"/>
    <w:rsid w:val="00124037"/>
    <w:rsid w:val="0015074B"/>
    <w:rsid w:val="0029639D"/>
    <w:rsid w:val="00326F90"/>
    <w:rsid w:val="003A46B8"/>
    <w:rsid w:val="004152AC"/>
    <w:rsid w:val="00480AB1"/>
    <w:rsid w:val="0058669A"/>
    <w:rsid w:val="006077A2"/>
    <w:rsid w:val="007724EF"/>
    <w:rsid w:val="00AA1D8D"/>
    <w:rsid w:val="00B47730"/>
    <w:rsid w:val="00B5200E"/>
    <w:rsid w:val="00B846F7"/>
    <w:rsid w:val="00CB0664"/>
    <w:rsid w:val="00CB26FE"/>
    <w:rsid w:val="00D76C6C"/>
    <w:rsid w:val="00D93901"/>
    <w:rsid w:val="00E64325"/>
    <w:rsid w:val="00F722F2"/>
    <w:rsid w:val="00FC693F"/>
    <w:rsid w:val="00FF4E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4E465A4"/>
  <w14:defaultImageDpi w14:val="300"/>
  <w15:docId w15:val="{0EE38C1A-C747-4B39-A994-7222F08AAA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ヘッダー (文字)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フッター (文字)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見出し 1 (文字)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見出し 2 (文字)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見出し 3 (文字)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表題 (文字)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題 (文字)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本文 (文字)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本文 2 (文字)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本文 3 (文字)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マクロ文字列 (文字)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文 (文字)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見出し 4 (文字)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見出し 5 (文字)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見出し 6 (文字)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見出し 7 (文字)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見出し 8 (文字)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見出し 9 (文字)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27">
    <w:name w:val="Intense Quote"/>
    <w:basedOn w:val="a1"/>
    <w:next w:val="a1"/>
    <w:link w:val="28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28">
    <w:name w:val="引用文 2 (文字)"/>
    <w:basedOn w:val="a2"/>
    <w:link w:val="27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29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b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2a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c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d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e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12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13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14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15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16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17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2b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2c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2d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2e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2f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2f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2f1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37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38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39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3a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3b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3c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3d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4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2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3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4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5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6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7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1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2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3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4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5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6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7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6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62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63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64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65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66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67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71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2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3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4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5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6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82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83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4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5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6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7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1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00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10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10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10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10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10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10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110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11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11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113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14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5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6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120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1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2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4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5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6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30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31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32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33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3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35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36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40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41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42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43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44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4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46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124</Words>
  <Characters>710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833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長崎県産業振興財団031</cp:lastModifiedBy>
  <cp:revision>7</cp:revision>
  <cp:lastPrinted>2026-10-27T05:52:00Z</cp:lastPrinted>
  <dcterms:created xsi:type="dcterms:W3CDTF">2013-12-23T23:15:00Z</dcterms:created>
  <dcterms:modified xsi:type="dcterms:W3CDTF">2026-10-27T06:10:00Z</dcterms:modified>
  <cp:category/>
</cp:coreProperties>
</file>